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לשמירה על ביטחון רגשי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משתמשים בכל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הצעדים בכל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רגע לפני חציית כביש כשממהרים או כועסים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כשחבר או חברה נבהלו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אחרי שראינו או עברנו משהו מפחיד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מרפים שרירים בכתפיים ובידיים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כמו 'אני יודע/ת לשמור על עצמי'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 על המדרכה ולא זזים עדיין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משתמשים בו כשחבר נבהל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ואף רצוי לדבר, לצייר ולבכות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מומלץ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(מתחילים את 4 צעדי החצייה)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(הבניית רצף - קודם, עכשיו,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(לדבר על הרגשות, לצייר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(לדמיין מקום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(נשימות, תנועה וכוס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על המדרכה ולא זזים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את השרירים בכתפיים ובידיים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שאיפה ארוכה מהאף ונשיפה איטית מהפה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את צעדי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מצב מתאים (חציית כביש, חבר נבהל, או אחרי בהלה) ומסביר/ה את הבחירה בכלי המתאים בהתאם לתיאור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לפני חציית כביש כשממהרים, כועסים או לחוצים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להישאר לידו, לעודד משימה קטנה, לשאול שאלה או לבנות רצף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נשימות, לדבר על הרגש, לצייר, או לדמיין מקום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צעדי עש״ן ד״ק עם כל הכיתה לפני יציאה למגרש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בכבוד ברגשות של פחד ובהלה ולהדגיש שזה טבעי ומותר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 ולתרגל משחקי תפקידים של מעש״ה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שלושה כלים שעוזרים לנו להישאר רגועים ובטוחים בדרך - לפני חציית כביש, כשחבר נבהל, ואחרי רגע מפחיד.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משתמשים בכלי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שראינו 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לפני חציית כביש כשממהרים או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 נבהל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כשמתכננים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בכלי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כשחבר או חברה נבהלו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לפני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משתמשים בכלי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שראינו או עברנו משהו מפחיד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כשמשחקים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כשלומדים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ב-ש׳ של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שואפים אוויר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שרירים בכתפיים ובידיים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מישהו נפגע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 הגוף במ״א (מערכת אמונות) בגש״ר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כמו 'אני יודע/ת לשמור על עצמי'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ע׳ בעש״ן ד״ק מסמלת 'עוצרים'.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מעש״ה משתמשים בו רק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ח׳ בגש״ר מאח״ד מסמלת 'חברה' - לספר למשפחה או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בהלה אסור לבכות או לדבר על מה שקרה.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בדרך מטריד, אפשר לספר להורה או ליועצת.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נ׳ בעש״ן ד״ק עושים __________ ארוכה מהאף ונשיפה איטית מהפה.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ע׳ במעש״ה נותנים לחבר __________ לפעילות קטנה, כמו להחזיק תיק.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ש׳ בגש״ר מאח״ד מתכוונים ל-__________ - להבין מה קרה ולתכנן מסלול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ד׳ בעש״ן ד״ק אומרים לעצמנו משפט מעודד, זהו __________ 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באות מ׳ במעש״ה מתכוונים ל-__________ - 'אני כאן איתך'.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 (בעש״ן ד״ק)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הבניית רצף - קודם, עכשיו,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 (במעש״ה)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לדמיין מקום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נשימות, תנועה וכוס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מתחילים את 4 צעדי החצייה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לדבר על הרגשות, לצייר או לבכות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צעדי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מעודד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על המדרכה ולא זזים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את השרירים בכתפיים ובידיים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שאיפה ארוכה מהאף ונשיפה איטית מהפה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מצב שבו הייתם יכולים להשתמש באחד משלושת הכלים (עש״ן ד״ק, מעש״ה או גש״ר מאח״ד). הסבירו איזה כלי בחרתם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פעולה אחת שיכולה לעזור לחבר שנבהל (מעש״ה)?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מתוך גש״ר מאח״ד שעוזר אחרי רגע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גם בלב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