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שומרי הדרך גם בלב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שלושה כלים לשמירה על ביטחון רגשי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ואיך משתמשים בכל 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סדר הצעדים בכל שיטה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רגע לפני חציית כביש כשממהרים או כועסים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כשחבר או חברה נבהלו ליד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אחרי שראינו או עברנו משהו מפחיד בדרך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מרפים שרירים בכתפיים ובידיים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קוראים מיד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משפט כמו 'אני יודע/ת לשמור על עצמי'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עוצרים על המדרכה ולא זזים עדיין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משתמשים בו כשחבר נבהל ליד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מותר ואף רצוי לדבר, לצייר ולבכות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מומלץ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עידוד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מחויבות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אות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(מתחילים את 4 צעדי החצייה)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(הבניית רצף - קודם, עכשיו, אחר כך)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(לדבר על הרגשות, לצייר או לבכות)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(לדמיין מקום רגוע)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(נשימות, תנועה וכוס 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צעדי 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על המדרכה ולא זזים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מרפים את השרירים בכתפיים ובידיים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 שאיפה ארוכה מהאף ונשיפה איטית מהפה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לעצמנו משפט מעודד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מתחילים את צעדי החצייה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מתאר/ת מצב מתאים (חציית כביש, חבר נבהל, או אחרי בהלה) ומסביר/ה את הבחירה בכלי המתאים בהתאם לתיאור בדף.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רגע לפני חציית כביש כשממהרים, כועסים או לחוצים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להישאר לידו, לעודד משימה קטנה, לשאול שאלה או לבנות רצף 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נשימות, לדבר על הרגש, לצייר, או לדמיין מקום רגוע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בפועל את צעדי עש״ן ד״ק עם כל הכיתה לפני יציאה למגרש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בכבוד ברגשות של פחד ובהלה ולהדגיש שזה טבעי ומותר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לקבוצות ולתרגל משחקי תפקידים של מעש״ה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שומרי הדרך גם בלב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שלוש דרכים לעזור לעצמנו להרגיש בטוחים בדרך. נלמד מתי להשתמש בכל דרך.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עש״ן ד״ק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שעוזר להירגע לפני חציית כביש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מעש״ה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שעוזר כשחבר נבהל ליד הכביש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גש״ר מאח״ד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שעוזר אחרי רגע מפחיד בדרך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שרירים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להרפות כתפיים וידיים כדי להירגע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דיבור עצמי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שאומרים לעצמנו כדי להתעודד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מחויבות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להישאר ליד מישהו ולתמוך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להתמודד עם מצבים קשים ולהתאושש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בהלה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פחד גדול ופתאומי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עושים עש״ן ד״ק?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 שראינו תאונה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רגע לפני חציית כביש כשממהרים או כועסים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כשחבר נבהל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כשמתכננים 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משתמשים במעש״ה?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היציאה מהבית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כשחבר או חברה נבהלו ליד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כשרוצים לשחק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בבוקר לפני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עושים גש״ר מאח״ד?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 שראינו או עברנו משהו מפחיד בדרך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לפני 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כשמשחקים במגרש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כשלומדים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ה-ש׳ בעש״ן ד״ק?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שואפים אוויר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מרפים שרירים בכתפיים ובידיים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שרים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שואלים 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כשמישהו נפגע?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ממשיכים ללכת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קוראים מיד למבוגר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מתעלמים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מערכת אמונות?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כמו 'אני יודע/ת לשמור על עצמי'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חבר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ע׳ בעש״ן ד״ק מסמלת 'עוצרים'.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מעש״ה משתמשים בו רק בכיתה.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ח׳ בגש״ר מאח״ד מסמלת 'חברה' - לספר למשפחה או לחברים.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בהלה אסור לבכות או לדבר על מה שקרה.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משהו בדרך מטריד, אפשר לספר להורה או ליועצת.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באות נ׳ בעש״ן ד״ק עושים __________ ארוכה מהאף ונשיפה איטית מהפה.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באות ע׳ במעש״ה נותנים לחבר __________ לפעילות קטנה, כמו להחזיק תיק.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באות ש׳ בגש״ר מאח״ד מתכוונים ל-__________ - להבין מה קרה ולתכנן מסלול בטוח.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באות ד׳ בעש״ן ד״ק אומרים לעצמנו משפט מעודד, זהו __________ עצמי.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באות מ׳ במעש״ה מתכוונים ל-__________ - 'אני כאן איתך'.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אות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 (בעש״ן ד״ק)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הבניית רצף - קודם, עכשיו, אחר כך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 (במעש״ה)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נשימות, תנועה וכוס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 (בגש״ר מאח״ד)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לדמיין מקום רגוע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 (בגש״ר מאח״ד)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לדבר על הרגשות, לצייר או לבכות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 (בגש״ר מאח״ד)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מתחילים את 4 צעדי החצייה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צעדי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מרפים את השרירים בכתפיים ובידיים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מתחילים את צעדי החצייה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על המדרכה ולא זזים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לעצמנו משפט מעודד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נושמים שאיפה ארוכה מהאף ונשיפה איטית מהפה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מצב שבו הייתם יכולים להשתמש באחד משלושת הכלים (עש״ן ד״ק, מעש״ה או גש״ר מאח״ד). הסבירו איזה כלי בחרתם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משתמשים בכלי עש״ן ד״ק?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פעולה אחת שיכולה לעזור לחבר שנבהל (מעש״ה)?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צעד אחד מתוך גש״ר מאח״ד שעוזר אחרי רגע מפחיד?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שומרי הדרך גם בלב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