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גם בלב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כלים לשמירה על ביטחון רגשי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משתמשים בכל 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הצעדים בכל 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רגע לפני חציית כביש כשממהרים או כועסים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כשחבר או חברה נבהלו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מרפים שרירים בכתפיים ובידיים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עוצרים על המדרכה ולא זזים עדיין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משתמשים בו כשחבר נבהל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(מתחילים את 4 צעדי החצייה)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(הבניית רצף - קודם, עכשיו,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(לדבר על הרגשות, לצייר או לבכות)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(לדמיין מקום רגוע)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צעדי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על המדרכה ולא זזים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מרפים את השרירים בכתפיים ובידיים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שאיפה ארוכה מהאף ונשיפה איטית מהפה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מצב מתאים (חציית כביש, חבר נבהל, או אחרי בהלה) ומסביר/ה את הבחירה בכלי המתאים בהתאם לתיאור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לפני חציית כביש כשממהרים, כועסים או לחוצים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להישאר לידו, לעודד משימה קטנה, לשאול שאלה או לבנות רצף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נשימות, לדבר על הרגש, לצייר, או לדמיין מקום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צעדי עש״ן ד״ק עם כל הכיתה לפני יציאה למגרש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בכבוד ברגשות של פחד ובהלה ולהדגיש שזה טבעי ומותר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 ולתרגל משחקי תפקידים של מעש״ה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גם בלב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שלושה כלים שעוזרים לנו להישאר רגועים ובטוחים בדרך - לפני חציית כביש, כשחבר נבהל, ואחרי רגע מפחיד.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עידוד  ·  שאיפה  ·  שכל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משתמשים בכלי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שראינו 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רגע לפני חציית כביש כשממהרים או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כשחבר נבהל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משתמשים בכלי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היציאה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כשחבר או חברה נבהלו ליד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כשרוצים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ב-ש׳ של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שואפים אוויר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מרפים שרירים בכתפיים ובידיים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שרים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ע׳ בעש״ן ד״ק מסמלת 'עוצרים'.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מעש״ה משתמשים בו רק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ח׳ בגש״ר מאח״ד מסמלת 'חברה' - לספר למשפחה או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באות נ׳ בעש״ן ד״ק עושים __________ ארוכה מהאף ונשיפה איטית מהפה.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באות ע׳ במעש״ה נותנים לחבר __________ לפעילות קטנה, כמו להחזיק תיק.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באות ש׳ בגש״ר מאח״ד מתכוונים ל-__________ - להבין מה קרה ולתכנן מסלול בטוח.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 (בעש״ן ד״ק)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הבניית רצף - קודם, עכשיו,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 (במעש״ה)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לדבר על הרגשות, לצייר או לבכות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לדמיין מקום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מתחילים את 4 צעדי החצייה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צעדי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משפט מעודד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שאיפה ארוכה מהאף ונשיפה איטית מהפה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מרפים את השרירים בכתפיים ובידיים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על המדרכה ולא זזים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מצב שבו הייתם יכולים להשתמש באחד משלושת הכלים (עש״ן ד״ק, מעש״ה או גש״ר מאח״ד). הסבירו איזה כלי בחרתם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בכלי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פעולה אחת שיכולה לעזור לחבר שנבהל (מעש״ה)?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שומרי הדרך גם בלב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